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はじめに</w:t>
      </w:r>
    </w:p>
    <w:p>
      <w:r>
        <w:t>{{section:introduction}}</w:t>
      </w:r>
    </w:p>
    <w:p>
      <w:pPr>
        <w:pStyle w:val="Heading1"/>
      </w:pPr>
      <w:r>
        <w:t>システム概要</w:t>
      </w:r>
    </w:p>
    <w:p>
      <w:r>
        <w:t>{{section:overview}}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