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はじめに</w:t>
      </w:r>
    </w:p>
    <w:p>
      <w:r>
        <w:t>【はじめに】自动生成的内容（fake 模式）</w:t>
      </w:r>
    </w:p>
    <w:p>
      <w:pPr>
        <w:pStyle w:val="Heading1"/>
      </w:pPr>
      <w:r>
        <w:t>システム概要</w:t>
      </w:r>
    </w:p>
    <w:p>
      <w:r>
        <w:t>【システム概要】自动生成的内容（fake 模式）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